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גורמים לאי השוויון המרחבי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שלוש קטגוריות של גורמים ליצירת פערים בין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קולוניאליזם וגלובליזציה משפיעים על יחסי תלות כלכליים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דוגמה של שרשרת ייצור ולזהות מי מרוויח ממנה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אקלים קיצוני ומחסור במים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תשתיות ששירתו בעיקר את הייצוא שלהן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מדגיש שגורמים אינם גורל וניתן לצמצם פערים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נוצרים יחסי תלות כלכלית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יחסי התלות שנוצרו ממשיכים להתקיים בכלכלה העולמית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קולוניאליזם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גורם וקטגוריה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(גורם פיזי)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(גורם היסטורי-פוליטי)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(גורם של גלובליזציה)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(גורם פיזי)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מסלול הקקאו - סידור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גידול הקקאו על ידי חקלאים קטנים במדינה פחות מפותחת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מכירת הקקאו הגולמי במחיר נמוך לחברה בינלאומית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עיבוד הקקאו למוצר שוקולד במדינה מפותחת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מכירת השוקולד במחיר גבוה לצרכנים באירופה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ופתרון בעיות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יציג/תציג שלוש קטגוריות נכונות עם דוגמה מתאימה לכל אחת, בהתבסס על ההסברים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פיזיים, היסטוריים-פוליטיים, גלובליזציה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כגון יחסי תלות בייצוא חומרי גלם וייבוא מוצרים מוגמרים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לשנותם, כפי שהראו סינגפור ודרום קוריאה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דוגמת הקקאו ולחבר אותה למשימת הדילמה בסוף היחידה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להדגיש את ההבדל בין גורם 'פיזי' לגורם 'אנושי-היסטורי' באמצעות טבלה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על הדילמה, אפשר להשתמש בטכניקת עש"ן ד"ק כדי לעודד חשיבה מאוזנת לפני הבעת עמדה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גורמים לאי השוויון המרחבי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אי השוויון בין מדינות אינו מקרי – יש לו גורמים פיזיים, היסטוריים-פוליטיים וגורמים הקשורים לגלובליזציה. בדף זה נתרגל זיהוי הגורמים והבנת ההשפעה שלהם.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הובלה  ·  קולוניאליזם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גורם נחשב גורם פיזי לאי שוויון?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קולוניאליזם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אקלים קיצוני ומחסור במים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חוזי סחר בינלאומיים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השאירו המעצמות הקולוניאליות במדינות ששלטו בהן?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תשתיות ששירתו את התושבים המקומיים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תשתיות ששירתו בעיקר את הייצוא שלהן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מערכות חינוך מפותחות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גורמים לאי שוויון הם גזרת גורל שאי אפשר לשנות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מדינות רבות מייצאות חומרי גלם זולים ומייבאות מוצרים מוגמרים יקרים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קולוניאליזם יצר משטר של שולט ונשלט שהשפעתו נמשכת גם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מדינה ללא יציאה לים משלמת הרבה יותר על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היא שליטה של מעצמות בחלקים מאפריקה, אסיה ואמריקה הדרומית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גורם וקטגוריה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אקלים קיצוני ובידוד גאוגרפי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גורם פיזי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קולוניאליזם ויחסי שולט-נשלט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גורם של גלובליזציה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תאגידים בינלאומיים המעבירים רווחים למדינות מפותחות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גורם היסטורי-פוליטי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מרחק רב מהים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גורם פיזי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מסלול הקקאו - סידור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מכירת השוקולד במחיר גבוה לצרכנים באירופה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עיבוד הקקאו למוצר שוקולד במדינה מפותחת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מכירת הקקאו הגולמי במחיר נמוך לחברה בינלאומית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גידול הקקאו על ידי חקלאים קטנים במדינה פחות מפותחת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ופתרון בעיות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רשמו את שלוש הקטגוריות של גורמים לאי שוויון (פיזיים, היסטוריים, גלובליזציה) ותנו דוגמה אחת מקורית לכל קטגוריה.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סוגי הגורמים לאי שוויון מרחבי שלמדנו?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להשפעת קולוניאליזם על כלכלת מדינה כיום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גורמים לאי השוויון המרחבי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