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גורמים לאי השוויון המרחבי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שלוש קטגוריות של גורמים ליצירת פערים בין מדינות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קולוניאליזם וגלובליזציה משפיעים על יחסי תלות כלכליים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דוגמה של שרשרת ייצור ולזהות מי מרוויח ממנה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אקלים קיצוני ומחסור במים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עלויות הובלה גבוהות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תשתיות ששירתו בעיקר את הייצוא שלהן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על ידי מיקום מחקר ורווחים במדינות מפותחות וייצור זול במדינות פחות מפותחות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סינגפור ודרום קוריאה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הטקסט מדגיש שגורמים אינם גורל וניתן לצמצם פערים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נוצרים יחסי תלות כלכלית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ישראל תורמת ידע בחקלאות ורפואה דרך ארגון מש"ב וארגוני סיוע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יחסי התלות שנוצרו ממשיכים להתקיים בכלכלה העולמית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קרה בסינגפור ובדרום קוריאה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קולוניאליזם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מפותחות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חומרי גלם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מש"ב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גורם וקטגוריה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(גורם פיזי)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(גורם היסטורי-פוליטי)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(גורם של גלובליזציה)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(גורם פיזי)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(פתרון אפשרי לצמצום פערים)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מסלול הקקאו - סידור 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גידול הקקאו על ידי חקלאים קטנים במדינה פחות מפותחת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מכירת הקקאו הגולמי במחיר נמוך לחברה בינלאומית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עיבוד הקקאו למוצר שוקולד במדינה מפותחת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מכירת השוקולד במחיר גבוה לצרכנים באירופה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הרווח הגדול נשאר בידי החברה הבינלאומית ולא בידי החקלאים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ופתרון בעיות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יציג/תציג שלוש קטגוריות נכונות עם דוגמה מתאימה לכל אחת, בהתבסס על ההסברים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מאוזנת הכוללת 4 טענות רלוונטיות וניתוח ביקורתי קצר מכל נקודת מבט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פיזיים, היסטוריים-פוליטיים, גלובליזציה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כגון יחסי תלות בייצוא חומרי גלם וייבוא מוצרים מוגמרים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לשנותם, כפי שהראו סינגפור ודרום קוריאה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בדיון קצר על דוגמת הקקאו ולחבר אותה למשימת הדילמה בסוף היחידה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להדגיש את ההבדל בין גורם 'פיזי' לגורם 'אנושי-היסטורי' באמצעות טבלה על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בדיון על הדילמה, אפשר להשתמש בטכניקת עש"ן ד"ק כדי לעודד חשיבה מאוזנת לפני הבעת עמדה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גורמים לאי השוויון המרחבי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אי השוויון בין מדינות אינו מקרי – יש לו גורמים פיזיים, היסטוריים-פוליטיים וגורמים הקשורים לגלובליזציה. בדף זה נתרגל זיהוי הגורמים והבנת ההשפעה שלהם.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גורם נחשב גורם פיזי לאי שוויון?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קולוניאליזם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אקלים קיצוני ומחסור במים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חוזי סחר בינלאומיים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תאגידים רב-לאומיים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ההשפעה העיקרית של היעדר יציאה לים על מדינה?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יוקר מחיה נמוך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עלויות הובלה גבוהות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יותר תיירות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פחות חקלאות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השאירו המעצמות הקולוניאליות במדינות ששלטו בהן?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תשתיות ששירתו את התושבים המקומיים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תשתיות ששירתו בעיקר את הייצוא שלהן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מערכות חינוך מפותחות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כלכלה עצמאית וחזקה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כיצד תורמת הגלובליזציה לפעמים להעמקת פערים?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ידי חלוקה שווה של רווחים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ידי מיקום מחקר ורווחים במדינות מפותחות וייצור זול במדינות פחות מפותחות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ידי ביטול סחר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ידי מניעת הגירת עובדים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אילו מדינות הן דוגמה להתפתחות כלכלית מהירה מעוני למעצמה?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מצרים ומרוקו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סינגפור ודרום קוריאה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ברזיל וארגנטינה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קנדה ואוסטרליה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גורמים לאי שוויון הם גזרת גורל שאי אפשר לשנות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מדינות רבות מייצאות חומרי גלם זולים ומייבאות מוצרים מוגמרים יקרים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ישראל אינה תורמת ידע למדינות מתפתחות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קולוניאליזם יצר משטר של שולט ונשלט שהשפעתו נמשכת גם היום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השקעה בחינוך ותשתיות יכולה לסייע למדינה להתפתח כלכלית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מדינה ללא יציאה לים משלמת הרבה יותר על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היא שליטה של מעצמות בחלקים מאפריקה, אסיה ואמריקה הדרומית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תאגידים בינלאומיים ממקמים מחקר ופיתוח במדינות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מדינות פחות מפותחות מספקות לעיתים קרובות __________ זולים לכלכלה העולמית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ארגון __________ הוא ארגון ישראלי לשיתוף פעולה בין-לאומי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גורם וקטגוריה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אקלים קיצוני ובידוד גאוגרפי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פתרון אפשרי לצמצום פערים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קולוניאליזם ויחסי שולט-נשלט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גורם פיזי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תאגידים בינלאומיים המעבירים רווחים למדינות מפותחות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גורם פיזי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מרחק רב מהים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גורם היסטורי-פוליטי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מדיניות מיסוי של מדינה ענייה בעבר שהתפתחה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גורם של גלובליזציה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מסלול הקקאו - סידור 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מכירת השוקולד במחיר גבוה לצרכנים באירופה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הרווח הגדול נשאר בידי החברה הבינלאומית ולא בידי החקלאים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גידול הקקאו על ידי חקלאים קטנים במדינה פחות מפותחת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עיבוד הקקאו למוצר שוקולד במדינה מפותחת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מכירת הקקאו הגולמי במחיר נמוך לחברה בינלאומית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ופתרון בעיות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רשמו את שלוש הקטגוריות של גורמים לאי שוויון (פיזיים, היסטוריים, גלובליזציה) ותנו דוגמה אחת מקורית לכל קטגוריה.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שתי טענות בעד ושתי טענות נגד הכנסת מהגרי עבודה למדינה מפותחת. לאחר מכן קבעו איזו טענה חזקה יותר מנקודת מבט המהגר ואיזו מנקודת מבט המדינה המארחת.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סוגי הגורמים לאי שוויון מרחבי שלמדנו?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להשפעת קולוניאליזם על כלכלת מדינה כיום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גורמים לאי שוויון הם סופיים וקבועים, או שניתן לשנותם? נמקו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גורמים לאי השוויון המרחבי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